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i w:val="0"/>
        </w:rPr>
        <w:t>[Полное наименование образовательной организации в соответствии с уставом]</w:t>
      </w:r>
    </w:p>
    <w:p>
      <w:pPr>
        <w:jc w:val="center"/>
      </w:pPr>
      <w:r>
        <w:rPr>
          <w:b/>
          <w:i w:val="0"/>
          <w:sz w:val="28"/>
        </w:rPr>
      </w:r>
      <w:r>
        <w:rPr>
          <w:b/>
          <w:i w:val="0"/>
          <w:sz w:val="28"/>
        </w:rPr>
        <w:t>ПРИКАЗ</w:t>
      </w:r>
      <w:r>
        <w:rPr>
          <w:b/>
          <w:i w:val="0"/>
          <w:sz w:val="28"/>
        </w:rPr>
      </w:r>
    </w:p>
    <w:p>
      <w:r>
        <w:rPr>
          <w:b w:val="0"/>
          <w:i w:val="0"/>
        </w:rPr>
        <w:t>[ДД.ММ.ГГГГ] № [номер]</w:t>
      </w:r>
    </w:p>
    <w:p>
      <w:r>
        <w:rPr>
          <w:b w:val="0"/>
          <w:i w:val="0"/>
        </w:rPr>
        <w:t>[населённый пункт]</w:t>
      </w:r>
    </w:p>
    <w:p>
      <w:r>
        <w:rPr>
          <w:b w:val="0"/>
          <w:i w:val="0"/>
        </w:rPr>
      </w:r>
      <w:r>
        <w:rPr>
          <w:b/>
          <w:i w:val="0"/>
        </w:rPr>
        <w:t>Об утверждении номенклатуры дел на 2027 год</w:t>
      </w:r>
      <w:r>
        <w:rPr>
          <w:b w:val="0"/>
          <w:i w:val="0"/>
        </w:rPr>
      </w:r>
    </w:p>
    <w:p>
      <w:pPr>
        <w:ind w:firstLine="709"/>
        <w:jc w:val="both"/>
      </w:pPr>
      <w:r>
        <w:rPr>
          <w:b w:val="0"/>
          <w:i w:val="0"/>
        </w:rPr>
        <w:t>В соответствии с пунктом 11 Правил организации хранения, комплектования, учёта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организациях, утверждённых приказом Федерального архивного агентства от 31.07.2023 № 77, [наименование локального акта по делопроизводству, дата, номер], на основании протокола заседания экспертной комиссии от [дата] № [номер]</w:t>
      </w:r>
    </w:p>
    <w:p>
      <w:pPr>
        <w:keepNext/>
        <w:ind w:firstLine="709"/>
        <w:jc w:val="both"/>
      </w:pPr>
      <w:r>
        <w:rPr>
          <w:b w:val="0"/>
          <w:i w:val="0"/>
        </w:rPr>
        <w:t>ПРИКАЗЫВАЮ:</w:t>
      </w:r>
    </w:p>
    <w:p>
      <w:pPr>
        <w:ind w:firstLine="709"/>
        <w:jc w:val="both"/>
      </w:pPr>
      <w:r>
        <w:rPr>
          <w:b w:val="0"/>
          <w:i w:val="0"/>
        </w:rPr>
        <w:t>1. Утвердить номенклатуру дел [краткое наименование образовательной организации] на 2027 год согласно приложению.</w:t>
      </w:r>
    </w:p>
    <w:p>
      <w:pPr>
        <w:ind w:firstLine="709"/>
        <w:jc w:val="both"/>
      </w:pPr>
      <w:r>
        <w:rPr>
          <w:b w:val="0"/>
          <w:i w:val="0"/>
        </w:rPr>
        <w:t>2. Ввести номенклатуру дел в действие с 1 января 2027 года.</w:t>
      </w:r>
    </w:p>
    <w:p>
      <w:pPr>
        <w:ind w:firstLine="709"/>
        <w:jc w:val="both"/>
      </w:pPr>
      <w:r>
        <w:rPr>
          <w:b w:val="0"/>
          <w:i w:val="0"/>
        </w:rPr>
        <w:t>3. Ответственному за делопроизводство [должность, Ф.И.О.] до [дата] ознакомить работников с номенклатурой дел в части, их касающейся, и организовать формирование дел в соответствии с ней с 1 января 2027 года.</w:t>
      </w:r>
    </w:p>
    <w:p>
      <w:pPr>
        <w:ind w:firstLine="709"/>
        <w:jc w:val="both"/>
      </w:pPr>
      <w:r>
        <w:rPr>
          <w:b w:val="0"/>
          <w:i w:val="0"/>
        </w:rPr>
        <w:t>4. Ответственному за делопроизводство по окончании 2027 года составить итоговую запись номенклатуры о количестве заведённых дел и передать итоговые сведения ответственному за архив [должность, Ф.И.О.] до [дата].</w:t>
      </w:r>
    </w:p>
    <w:p>
      <w:pPr>
        <w:ind w:firstLine="709"/>
        <w:jc w:val="both"/>
      </w:pPr>
      <w:r>
        <w:rPr>
          <w:b w:val="0"/>
          <w:i w:val="0"/>
        </w:rPr>
        <w:t>5. Контроль за исполнением настоящего приказа [оставляю за собой / возлагаю на должность, Ф.И.О.].</w:t>
      </w:r>
    </w:p>
    <w:p>
      <w:r>
        <w:rPr>
          <w:b w:val="0"/>
          <w:i w:val="0"/>
        </w:rPr>
        <w:t>[Должность руководителя] [подпись] [И.О. Фамилия]</w:t>
      </w:r>
    </w:p>
    <w:p>
      <w:pPr>
        <w:jc w:val="right"/>
      </w:pPr>
      <w:r>
        <w:rPr>
          <w:b w:val="0"/>
          <w:i w:val="0"/>
        </w:rPr>
        <w:t>Приложение: номенклатура дел на 2027 год на [число] л.</w:t>
      </w:r>
    </w:p>
    <w:p>
      <w:pPr>
        <w:keepNext/>
      </w:pPr>
      <w:r>
        <w:rPr>
          <w:b w:val="0"/>
          <w:i w:val="0"/>
        </w:rPr>
        <w:t>С приказом ознакомлены:</w:t>
      </w:r>
    </w:p>
    <w:p>
      <w:r>
        <w:rPr>
          <w:b w:val="0"/>
          <w:i w:val="0"/>
        </w:rPr>
        <w:t>[должность] [подпись] [И.О. Фамилия] [дата]</w:t>
      </w:r>
    </w:p>
    <w:p>
      <w:r>
        <w:rPr>
          <w:b w:val="0"/>
          <w:i w:val="0"/>
        </w:rPr>
        <w:t>[должность] [подпись] [И.О. Фамилия] [дата]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06. Приказ об утверждении</dc:title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