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spacing w:after="240"/>
        <w:ind w:firstLine="0" w:left="1276" w:right="1276"/>
        <w:jc w:val="center"/>
      </w:pPr>
      <w:r>
        <w:rPr>
          <w:b/>
        </w:rPr>
        <w:t>[Полное наименование образовательной организации]</w:t>
      </w:r>
    </w:p>
    <w:p>
      <w:pPr>
        <w:keepNext/>
        <w:keepLines/>
        <w:spacing w:after="200"/>
        <w:ind w:firstLine="0"/>
        <w:jc w:val="center"/>
      </w:pPr>
      <w:r>
        <w:rPr>
          <w:b/>
          <w:sz w:val="28"/>
        </w:rPr>
        <w:t>ПРИКАЗ</w:t>
      </w:r>
    </w:p>
    <w:p>
      <w:pPr>
        <w:keepNext/>
        <w:keepLines/>
        <w:ind w:firstLine="0"/>
        <w:jc w:val="left"/>
      </w:pPr>
      <w:r>
        <w:t>[ДД.ММ.ГГГГ] № [номер]</w:t>
      </w:r>
    </w:p>
    <w:p>
      <w:pPr>
        <w:keepNext/>
        <w:keepLines/>
        <w:ind w:firstLine="0"/>
        <w:jc w:val="center"/>
      </w:pPr>
      <w:r>
        <w:t>[Населённый пункт]</w:t>
      </w:r>
    </w:p>
    <w:p>
      <w:pPr>
        <w:keepNext/>
        <w:keepLines/>
        <w:spacing w:before="160" w:after="160"/>
        <w:ind w:firstLine="0"/>
        <w:jc w:val="left"/>
      </w:pPr>
      <w:r>
        <w:rPr>
          <w:b/>
        </w:rPr>
        <w:t>О предоставлении дня отдыха за работу в нерабочий праздничный день 4 ноября 2026 года</w:t>
      </w:r>
    </w:p>
    <w:p>
      <w:pPr>
        <w:keepLines/>
        <w:jc w:val="both"/>
      </w:pPr>
      <w:r>
        <w:t>На основании приказа от [ДД.ММ.2026] № [номер] о привлечении к работе в нерабочий праздничный день 4 ноября 2026 года с одинарной оплатой и компенсацией днём отдыха, письменного заявления работника о выбранной компенсации от [ДД.ММ.2026] (раздел 3 уведомления и согласия) и письменного заявления работника о дате дня отдыха [реквизиты заявления: наименование документа, дата ДД.ММ.ГГГГ, № и раздел при наличии], руководствуясь статьёй 153 Трудового кодекса Российской Федерации,</w:t>
      </w:r>
    </w:p>
    <w:p>
      <w:pPr>
        <w:keepNext/>
        <w:keepLines/>
        <w:spacing w:before="160" w:after="160"/>
        <w:ind w:firstLine="0"/>
        <w:jc w:val="left"/>
      </w:pPr>
      <w:r>
        <w:rPr>
          <w:b/>
        </w:rPr>
        <w:t>ПРИКАЗЫВАЮ:</w:t>
      </w:r>
    </w:p>
    <w:p>
      <w:pPr>
        <w:keepLines/>
        <w:jc w:val="both"/>
      </w:pPr>
      <w:r>
        <w:t>1. Предоставить [должность], [ФИО в дательном падеже], день отдыха [ДД.ММ.ГГГГ] за работу в нерабочий праздничный день 4 ноября 2026 года.</w:t>
      </w:r>
    </w:p>
    <w:p>
      <w:pPr>
        <w:keepLines/>
        <w:jc w:val="both"/>
      </w:pPr>
      <w:r>
        <w:t>2. Указанный день является рабочим днём по графику работника. Дата согласована с работником в письменном заявлении о дате дня отдыха [реквизиты заявления: наименование документа, дата ДД.ММ.ГГГГ, № и раздел при наличии].</w:t>
      </w:r>
    </w:p>
    <w:p>
      <w:pPr>
        <w:keepLines/>
        <w:jc w:val="both"/>
      </w:pPr>
      <w:r>
        <w:t>3. В день отдыха работник освобождается от выполнения трудовых обязанностей на весь рабочий день. День отдыха отдельной оплате не подлежит; оклад за месяц в связи с предоставлением дня отдыха не уменьшается.</w:t>
      </w:r>
    </w:p>
    <w:p>
      <w:pPr>
        <w:keepLines/>
        <w:jc w:val="both"/>
      </w:pPr>
      <w:r>
        <w:t>4. Организацию работы на [ДД.ММ.ГГГГ] обеспечить: [какие обязанности и кому передаются]. Поручение другому работнику дополнительной работы оформляется отдельно с его согласия.</w:t>
      </w:r>
    </w:p>
    <w:p>
      <w:pPr>
        <w:keepLines/>
        <w:pageBreakBefore/>
        <w:jc w:val="both"/>
      </w:pPr>
      <w:r>
        <w:t>5. Работа 4 ноября 2026 года оплачивается в одинарном размере в соответствии с выбором работника, оформленным приказом от [ДД.ММ.2026] № [номер]. Настоящим приказом не меняется выбранная компенсация, не производится замена ранее выплаченной повышенной оплаты днём отдыха, возврат или удержание ранее выплаченных сумм.</w:t>
      </w:r>
    </w:p>
    <w:p>
      <w:pPr>
        <w:keepLines/>
        <w:jc w:val="both"/>
      </w:pPr>
      <w:r>
        <w:t>6. [Должность, ФИО специалиста по кадрам]: ознакомить работника с приказом под подпись не позднее [ДД.ММ.ГГГГ]; отразить день отдыха в табеле учёта рабочего времени в установленную дату.</w:t>
      </w:r>
    </w:p>
    <w:p>
      <w:pPr>
        <w:keepLines/>
        <w:jc w:val="both"/>
      </w:pPr>
      <w:r>
        <w:t>7. [Должность, ФИО работника бухгалтерии]: учесть приказ при расчёте за [месяц и год], не уменьшая оклад в связи с днём отдыха, и убедиться, что за 4 ноября 2026 года начислена оплата в одинарном размере.</w:t>
      </w:r>
    </w:p>
    <w:p>
      <w:pPr>
        <w:keepLines/>
        <w:jc w:val="both"/>
      </w:pPr>
      <w:r>
        <w:t>8. Контроль за исполнением приказа возложить на [должность, ФИО].</w:t>
      </w:r>
    </w:p>
    <w:p>
      <w:pPr>
        <w:keepLines/>
        <w:ind w:firstLine="0"/>
        <w:jc w:val="left"/>
      </w:pPr>
      <w:r>
        <w:rPr>
          <w:sz w:val="24"/>
        </w:rPr>
        <w:t>Приложения: письменное заявление работника о дате дня отдыха [реквизиты заявления: наименование документа, дата ДД.ММ.ГГГГ, № и раздел при наличии]; приказ от [ДД.ММ.2026] № [номер].</w:t>
      </w:r>
    </w:p>
    <w:p>
      <w:pPr>
        <w:keepLines/>
        <w:spacing w:before="140"/>
        <w:ind w:firstLine="0"/>
        <w:jc w:val="left"/>
      </w:pPr>
      <w:r>
        <w:t>[Должность руководителя] ______________ / [ФИО]</w:t>
      </w:r>
    </w:p>
    <w:p>
      <w:pPr>
        <w:keepNext/>
        <w:keepLines/>
        <w:jc w:val="both"/>
      </w:pPr>
      <w:r>
        <w:t>С приказом ознакомлен(а):</w:t>
      </w:r>
    </w:p>
    <w:p>
      <w:pPr>
        <w:keepLines/>
        <w:spacing w:before="140"/>
        <w:ind w:firstLine="0"/>
        <w:jc w:val="left"/>
      </w:pPr>
      <w:r>
        <w:t>[Должность работника] ______________ / [ФИО] [ДД.ММ.ГГГГ]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ind w:firstLine="0"/>
      <w:jc w:val="center"/>
    </w:pPr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9" w:lineRule="auto" w:after="80"/>
      <w:ind w:firstLine="709"/>
    </w:pPr>
    <w:rPr>
      <w:rFonts w:ascii="Liberation Serif" w:hAnsi="Liberation Serif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предоставлении дня отдыха за работу 4 ноября 2026 года</dc:title>
  <dc:subject>Образец для адаптации образовательной организацией</dc:subject>
  <dc:creator>Команда проекта «Директор школы»</dc:creator>
  <cp:keywords/>
  <dc:description>generated by python-docx</dc:description>
  <cp:lastModifiedBy>Редакция</cp:lastModifiedBy>
  <cp:revision>1</cp:revision>
  <dcterms:created xsi:type="dcterms:W3CDTF">2013-12-23T23:15:00Z</dcterms:created>
  <dcterms:modified xsi:type="dcterms:W3CDTF">2013-12-23T23:15:00Z</dcterms:modified>
  <cp:category/>
</cp:coreProperties>
</file>