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40"/>
        <w:ind w:firstLine="0" w:left="1276" w:right="1276"/>
        <w:jc w:val="center"/>
      </w:pPr>
      <w:r>
        <w:rPr>
          <w:b/>
        </w:rPr>
        <w:t>[Полное наименование образовательной организации]</w:t>
      </w:r>
    </w:p>
    <w:p>
      <w:pPr>
        <w:keepNext/>
        <w:keepLines/>
        <w:spacing w:after="200"/>
        <w:ind w:firstLine="0"/>
        <w:jc w:val="center"/>
      </w:pPr>
      <w:r>
        <w:rPr>
          <w:b/>
          <w:sz w:val="28"/>
        </w:rPr>
        <w:t>УВЕДОМЛЕНИЕ, СОГЛАСИЕ И ЗАЯВЛЕНИЕ РАБОТНИКА</w:t>
      </w:r>
    </w:p>
    <w:p>
      <w:pPr>
        <w:keepNext/>
        <w:keepLines/>
        <w:ind w:firstLine="0"/>
        <w:jc w:val="left"/>
      </w:pPr>
      <w:r>
        <w:t>[ДД.ММ.2026] № [номер]</w:t>
      </w:r>
    </w:p>
    <w:p>
      <w:pPr>
        <w:keepNext/>
        <w:keepLines/>
        <w:ind w:firstLine="0"/>
        <w:jc w:val="center"/>
      </w:pPr>
      <w:r>
        <w:t>[Населённый пункт]</w:t>
      </w:r>
    </w:p>
    <w:p>
      <w:pPr>
        <w:keepNext/>
        <w:keepLines/>
        <w:spacing w:before="160" w:after="160"/>
        <w:ind w:firstLine="0"/>
        <w:jc w:val="left"/>
      </w:pPr>
      <w:r>
        <w:rPr>
          <w:b/>
        </w:rPr>
        <w:t>О привлечении к работе в нерабочий праздничный день 4 ноября 2026 года</w:t>
      </w:r>
    </w:p>
    <w:p>
      <w:pPr>
        <w:keepLines/>
        <w:jc w:val="both"/>
      </w:pPr>
      <w:r>
        <w:t>Кому: [должность, ФИО работника]. От имени работодателя: [должность, ФИО].</w:t>
      </w:r>
    </w:p>
    <w:p>
      <w:pPr>
        <w:keepNext/>
        <w:keepLines/>
        <w:spacing w:before="160" w:after="160"/>
        <w:ind w:firstLine="0"/>
        <w:jc w:val="left"/>
      </w:pPr>
      <w:r>
        <w:rPr>
          <w:b/>
        </w:rPr>
        <w:t>1. Уведомление работодателя</w:t>
      </w:r>
    </w:p>
    <w:p>
      <w:pPr>
        <w:keepLines/>
        <w:jc w:val="both"/>
      </w:pPr>
      <w:r>
        <w:t>1.1. Образовательной организации необходимо выполнить [конкретная работа] 4 ноября 2026 года — в нерабочий праздничный день. Перенести эту работу на рабочий день нельзя по причине: [причина].</w:t>
      </w:r>
    </w:p>
    <w:p>
      <w:pPr>
        <w:keepLines/>
        <w:jc w:val="both"/>
      </w:pPr>
      <w:r>
        <w:t>1.2. Предлагаем Вам выйти на работу 4 ноября 2026 года с [чч:мм] до [чч:мм] (всего [количество] ч.) и выполнить: [конкретные действия в рамках Вашей трудовой функции]. [Перерыв для отдыха и питания — с [чч:мм] до [чч:мм], в рабочее время не включается.]</w:t>
      </w:r>
    </w:p>
    <w:p>
      <w:pPr>
        <w:keepLines/>
        <w:jc w:val="both"/>
      </w:pPr>
      <w:r>
        <w:t>1.3. Привлечение к работе в нерабочий праздничный день при плановой необходимости возможно только с Вашего письменного согласия. Вы вправе отказаться. Приказ о привлечении будет издан после получения Вашего письменного согласия и до 4 ноября 2026 года.</w:t>
      </w:r>
    </w:p>
    <w:p>
      <w:pPr>
        <w:keepLines/>
        <w:jc w:val="both"/>
      </w:pPr>
      <w:r>
        <w:t>1.4. Для отдельных категорий работников законом установлены запреты и гарантии (статьи 113, 259 и 264 Трудового кодекса Российской Федерации). Если они относятся к Вам, сообщите об этом в отдел кадров: [контакт]. Подробные сведения о здоровье и о членах семьи в этом документе не указываются; при необходимости их запрашивают отдельно в объёме, нужном для применения гарантий.</w:t>
      </w:r>
    </w:p>
    <w:p>
      <w:pPr>
        <w:keepLines/>
        <w:jc w:val="both"/>
      </w:pPr>
      <w:r>
        <w:t>1.5. Работа в нерабочий праздничный день оплачивается в повышенном размере по статье 153 Трудового кодекса Российской Федерации: за часы в пределах месячной нормы рабочего времени — не менее одинарной части оклада за час сверх оклада, за часы сверх месячной нормы — не менее двойной части оклада за час сверх оклада. Вместо повышенной оплаты Вы вправе выбрать одинарную оплату работы сверх оклада и другой день отдыха продолжительностью один полный рабочий день; день отдыха отдельно не оплачивается, оклад за месяц не уменьшается. Выбор делается в разделе 3, который является Вашим заявлением о выбранной компенсации. Вариант с днём отдыха не предоставляется работникам, с которыми трудовой договор заключён на срок до двух месяцев: им выплачивается только повышенная оплата.</w:t>
      </w:r>
    </w:p>
    <w:p>
      <w:pPr>
        <w:keepLines/>
        <w:jc w:val="both"/>
      </w:pPr>
      <w:r>
        <w:t>1.6. Просим вернуть ответ до [ДД.ММ.2026].</w:t>
      </w:r>
    </w:p>
    <w:p>
      <w:pPr>
        <w:keepLines/>
        <w:spacing w:before="140"/>
        <w:ind w:firstLine="0"/>
        <w:jc w:val="left"/>
      </w:pPr>
      <w:r>
        <w:t>[Должность] ______________ / [ФИО] [ДД.ММ.2026]</w:t>
      </w:r>
    </w:p>
    <w:p>
      <w:pPr>
        <w:keepNext/>
        <w:keepLines/>
        <w:jc w:val="both"/>
      </w:pPr>
      <w:r>
        <w:t>С уведомлением ознакомлен(а):</w:t>
      </w:r>
    </w:p>
    <w:p>
      <w:pPr>
        <w:keepLines/>
        <w:spacing w:before="140"/>
        <w:ind w:firstLine="0"/>
        <w:jc w:val="left"/>
      </w:pPr>
      <w:r>
        <w:t>[Должность работника] ______________ / [ФИО] [ДД.ММ.2026]</w:t>
      </w:r>
    </w:p>
    <w:p>
      <w:pPr>
        <w:keepNext/>
        <w:keepLines/>
        <w:pageBreakBefore/>
        <w:spacing w:before="160" w:after="160"/>
        <w:ind w:firstLine="0"/>
        <w:jc w:val="left"/>
      </w:pPr>
      <w:r>
        <w:rPr>
          <w:b/>
        </w:rPr>
        <w:t>2. Согласие на работу 4 ноября 2026 года</w:t>
      </w:r>
    </w:p>
    <w:p>
      <w:pPr>
        <w:keepNext/>
        <w:keepLines/>
        <w:jc w:val="both"/>
      </w:pPr>
      <w:r>
        <w:t>Отметьте один вариант знаком «V»:</w:t>
      </w:r>
    </w:p>
    <w:p>
      <w:pPr>
        <w:keepLines/>
        <w:jc w:val="both"/>
      </w:pPr>
      <w:r>
        <w:t>( ) Согласен(на) выйти на работу 4 ноября 2026 года на условиях раздела 1.</w:t>
      </w:r>
    </w:p>
    <w:p>
      <w:pPr>
        <w:keepLines/>
        <w:jc w:val="both"/>
      </w:pPr>
      <w:r>
        <w:t>( ) Не согласен(на) выйти на работу 4 ноября 2026 года.</w:t>
      </w:r>
    </w:p>
    <w:p>
      <w:pPr>
        <w:keepLines/>
        <w:jc w:val="both"/>
      </w:pPr>
      <w:r>
        <w:t>Если отметка не поставлена, согласие не считается данным.</w:t>
      </w:r>
    </w:p>
    <w:p>
      <w:pPr>
        <w:keepLines/>
        <w:spacing w:before="140"/>
        <w:ind w:firstLine="0"/>
        <w:jc w:val="left"/>
      </w:pPr>
      <w:r>
        <w:t>[Должность работника] ______________ / [ФИО] [ДД.ММ.2026]</w:t>
      </w:r>
    </w:p>
    <w:p>
      <w:pPr>
        <w:keepNext/>
        <w:keepLines/>
        <w:spacing w:before="160" w:after="160"/>
        <w:ind w:firstLine="0"/>
        <w:jc w:val="left"/>
      </w:pPr>
      <w:r>
        <w:rPr>
          <w:b/>
        </w:rPr>
        <w:t>3. Заявление о выбранной компенсации за работу 4 ноября 2026 года</w:t>
      </w:r>
    </w:p>
    <w:p>
      <w:pPr>
        <w:keepNext/>
        <w:keepLines/>
        <w:jc w:val="both"/>
      </w:pPr>
      <w:r>
        <w:t>Раздел заполняется только при согласии на работу. Прошу компенсировать мою работу 4 ноября 2026 года следующим образом (отметьте один вариант знаком «V»):</w:t>
      </w:r>
    </w:p>
    <w:p>
      <w:pPr>
        <w:keepLines/>
        <w:jc w:val="both"/>
      </w:pPr>
      <w:r>
        <w:t>( ) Вариант 1. Повышенная оплата работы в соответствии со статьёй 153 Трудового кодекса Российской Федерации.</w:t>
      </w:r>
    </w:p>
    <w:p>
      <w:pPr>
        <w:keepLines/>
        <w:jc w:val="both"/>
      </w:pPr>
      <w:r>
        <w:t>( ) Вариант 2. Одинарная оплата работы сверх оклада и предоставление другого дня отдыха продолжительностью один полный рабочий день.</w:t>
      </w:r>
    </w:p>
    <w:p>
      <w:pPr>
        <w:keepNext/>
        <w:keepLines/>
        <w:jc w:val="both"/>
      </w:pPr>
      <w:r>
        <w:t>Для варианта 2 (отметьте при необходимости):</w:t>
      </w:r>
    </w:p>
    <w:p>
      <w:pPr>
        <w:keepLines/>
        <w:jc w:val="both"/>
      </w:pPr>
      <w:r>
        <w:t>( ) прошу предоставить день отдыха [ДД.ММ.ГГГГ] — рабочий день по моему графику;</w:t>
      </w:r>
    </w:p>
    <w:p>
      <w:pPr>
        <w:keepLines/>
        <w:jc w:val="both"/>
      </w:pPr>
      <w:r>
        <w:t>( ) дату дня отдыха сообщу отдельно.</w:t>
      </w:r>
    </w:p>
    <w:p>
      <w:pPr>
        <w:keepLines/>
        <w:jc w:val="both"/>
      </w:pPr>
      <w:r>
        <w:t>Дата дня отдыха назначается приказом работодателя по согласованию со мной.</w:t>
      </w:r>
    </w:p>
    <w:p>
      <w:pPr>
        <w:keepLines/>
        <w:jc w:val="both"/>
      </w:pPr>
      <w:r>
        <w:t>Если ни один вариант не отмечен, работа оплачивается в повышенном размере, а день отдыха не предоставляется. Если отмечены оба варианта, работодатель уточняет мой выбор; до уточнения приказ о привлечении не издаётся.</w:t>
      </w:r>
    </w:p>
    <w:p>
      <w:pPr>
        <w:keepLines/>
        <w:spacing w:before="140"/>
        <w:ind w:firstLine="0"/>
        <w:jc w:val="left"/>
      </w:pPr>
      <w:r>
        <w:t>[Должность работника] ______________ / [ФИО] [ДД.ММ.2026]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firstLine="0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80"/>
      <w:ind w:firstLine="709"/>
    </w:pPr>
    <w:rPr>
      <w:rFonts w:ascii="Liberation Serif" w:hAnsi="Liberation Serif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привлечении к работе 4 ноября 2026 года и согласие работника</dc:title>
  <dc:subject>Образец для адаптации образовательной организацией</dc:subject>
  <dc:creator>Команда проекта «Директор школы»</dc:creator>
  <cp:keywords/>
  <dc:description>generated by python-docx</dc:description>
  <cp:lastModifiedBy>Редакция</cp:lastModifiedBy>
  <cp:revision>1</cp:revision>
  <dcterms:created xsi:type="dcterms:W3CDTF">2013-12-23T23:15:00Z</dcterms:created>
  <dcterms:modified xsi:type="dcterms:W3CDTF">2013-12-23T23:15:00Z</dcterms:modified>
  <cp:category/>
</cp:coreProperties>
</file>